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0AD24" w14:textId="77777777" w:rsidR="00203102" w:rsidRPr="006628C5" w:rsidRDefault="00000000">
      <w:pPr>
        <w:pStyle w:val="Ttulo1"/>
        <w:rPr>
          <w:lang w:val="es-ES"/>
        </w:rPr>
      </w:pPr>
      <w:r w:rsidRPr="006628C5">
        <w:rPr>
          <w:lang w:val="es-ES"/>
        </w:rPr>
        <w:t>POSIBLE LINFOMA NO HODGKIN: UN ESTUDIO DE CASO CLÍNICO DESDE LA RADIOLOGÍA DENTAL</w:t>
      </w:r>
    </w:p>
    <w:p w14:paraId="3EBEF41A" w14:textId="028E893B" w:rsidR="00203102" w:rsidRPr="006628C5" w:rsidRDefault="00000000">
      <w:pPr>
        <w:rPr>
          <w:rFonts w:asciiTheme="majorHAnsi" w:eastAsiaTheme="majorEastAsia" w:hAnsiTheme="majorHAnsi" w:cstheme="majorBidi"/>
          <w:b/>
          <w:bCs/>
          <w:color w:val="4F81BD" w:themeColor="accent1"/>
          <w:sz w:val="26"/>
          <w:szCs w:val="26"/>
          <w:lang w:val="es-ES"/>
        </w:rPr>
      </w:pPr>
      <w:r w:rsidRPr="006628C5">
        <w:rPr>
          <w:rFonts w:asciiTheme="majorHAnsi" w:eastAsiaTheme="majorEastAsia" w:hAnsiTheme="majorHAnsi" w:cstheme="majorBidi"/>
          <w:b/>
          <w:bCs/>
          <w:color w:val="4F81BD" w:themeColor="accent1"/>
          <w:sz w:val="26"/>
          <w:szCs w:val="26"/>
          <w:lang w:val="es-ES"/>
        </w:rPr>
        <w:t>Daniel Hernandez-Izaguirre¹*, Deysi Argueta¹, Ricardo Aguilar</w:t>
      </w:r>
      <w:r w:rsidR="0043472B" w:rsidRPr="0043472B">
        <w:rPr>
          <w:rFonts w:asciiTheme="majorHAnsi" w:eastAsiaTheme="majorEastAsia" w:hAnsiTheme="majorHAnsi" w:cstheme="majorBidi"/>
          <w:b/>
          <w:bCs/>
          <w:color w:val="4F81BD" w:themeColor="accent1"/>
          <w:sz w:val="26"/>
          <w:szCs w:val="26"/>
          <w:vertAlign w:val="superscript"/>
          <w:lang w:val="es-ES"/>
        </w:rPr>
        <w:t>1</w:t>
      </w:r>
      <w:r w:rsidRPr="006628C5">
        <w:rPr>
          <w:rFonts w:asciiTheme="majorHAnsi" w:eastAsiaTheme="majorEastAsia" w:hAnsiTheme="majorHAnsi" w:cstheme="majorBidi"/>
          <w:b/>
          <w:bCs/>
          <w:color w:val="4F81BD" w:themeColor="accent1"/>
          <w:sz w:val="26"/>
          <w:szCs w:val="26"/>
          <w:lang w:val="es-ES"/>
        </w:rPr>
        <w:t xml:space="preserve">, </w:t>
      </w:r>
      <w:proofErr w:type="spellStart"/>
      <w:r w:rsidRPr="006628C5">
        <w:rPr>
          <w:rFonts w:asciiTheme="majorHAnsi" w:eastAsiaTheme="majorEastAsia" w:hAnsiTheme="majorHAnsi" w:cstheme="majorBidi"/>
          <w:b/>
          <w:bCs/>
          <w:color w:val="4F81BD" w:themeColor="accent1"/>
          <w:sz w:val="26"/>
          <w:szCs w:val="26"/>
          <w:lang w:val="es-ES"/>
        </w:rPr>
        <w:t>Hazaria</w:t>
      </w:r>
      <w:proofErr w:type="spellEnd"/>
      <w:r w:rsidRPr="006628C5">
        <w:rPr>
          <w:rFonts w:asciiTheme="majorHAnsi" w:eastAsiaTheme="majorEastAsia" w:hAnsiTheme="majorHAnsi" w:cstheme="majorBidi"/>
          <w:b/>
          <w:bCs/>
          <w:color w:val="4F81BD" w:themeColor="accent1"/>
          <w:sz w:val="26"/>
          <w:szCs w:val="26"/>
          <w:lang w:val="es-ES"/>
        </w:rPr>
        <w:t xml:space="preserve"> Flores-Girón</w:t>
      </w:r>
      <w:r w:rsidR="0043472B" w:rsidRPr="0043472B">
        <w:rPr>
          <w:rFonts w:asciiTheme="majorHAnsi" w:eastAsiaTheme="majorEastAsia" w:hAnsiTheme="majorHAnsi" w:cstheme="majorBidi"/>
          <w:b/>
          <w:bCs/>
          <w:color w:val="4F81BD" w:themeColor="accent1"/>
          <w:sz w:val="26"/>
          <w:szCs w:val="26"/>
          <w:vertAlign w:val="superscript"/>
          <w:lang w:val="es-ES"/>
        </w:rPr>
        <w:t>1</w:t>
      </w:r>
    </w:p>
    <w:p w14:paraId="3EA761DC" w14:textId="3A186CCA" w:rsidR="00203102" w:rsidRPr="00CF4A2E" w:rsidRDefault="00000000">
      <w:pPr>
        <w:rPr>
          <w:rFonts w:ascii="Times New Roman" w:eastAsia="Times New Roman" w:hAnsi="Times New Roman" w:cs="Times New Roman"/>
          <w:b/>
          <w:bCs/>
          <w:i/>
          <w:color w:val="4F81BD" w:themeColor="accent1"/>
          <w:sz w:val="20"/>
          <w:szCs w:val="26"/>
          <w:lang w:val="es-ES"/>
        </w:rPr>
      </w:pPr>
      <w:r w:rsidRPr="00CF4A2E">
        <w:rPr>
          <w:rFonts w:ascii="Times New Roman" w:eastAsia="Times New Roman" w:hAnsi="Times New Roman" w:cs="Times New Roman"/>
          <w:b/>
          <w:bCs/>
          <w:i/>
          <w:color w:val="4F81BD" w:themeColor="accent1"/>
          <w:sz w:val="20"/>
          <w:szCs w:val="26"/>
          <w:lang w:val="es-ES"/>
        </w:rPr>
        <w:t>¹Universidad Nacional Autónoma de Honduras, Tegucigalpa, Honduras.</w:t>
      </w:r>
    </w:p>
    <w:p w14:paraId="6CCB8A44" w14:textId="3852F6C4" w:rsidR="00203102" w:rsidRPr="006628C5" w:rsidRDefault="00000000">
      <w:pPr>
        <w:rPr>
          <w:rFonts w:ascii="Times New Roman" w:eastAsia="Times New Roman" w:hAnsi="Times New Roman" w:cs="Times New Roman"/>
          <w:b/>
          <w:bCs/>
          <w:i/>
          <w:color w:val="4F81BD" w:themeColor="accent1"/>
          <w:sz w:val="20"/>
          <w:szCs w:val="26"/>
          <w:lang w:val="es-ES"/>
        </w:rPr>
      </w:pPr>
      <w:r w:rsidRPr="006628C5">
        <w:rPr>
          <w:rFonts w:asciiTheme="majorHAnsi" w:eastAsiaTheme="majorEastAsia" w:hAnsiTheme="majorHAnsi" w:cstheme="majorBidi"/>
          <w:b/>
          <w:bCs/>
          <w:color w:val="4F81BD" w:themeColor="accent1"/>
          <w:sz w:val="26"/>
          <w:szCs w:val="26"/>
          <w:lang w:val="es-ES"/>
        </w:rPr>
        <w:t>Autor correspondiente:</w:t>
      </w:r>
      <w:r w:rsidRPr="006628C5">
        <w:rPr>
          <w:lang w:val="es-ES"/>
        </w:rPr>
        <w:t xml:space="preserve"> </w:t>
      </w:r>
      <w:r w:rsidRPr="006628C5">
        <w:rPr>
          <w:rFonts w:ascii="Times New Roman" w:eastAsia="Times New Roman" w:hAnsi="Times New Roman" w:cs="Times New Roman"/>
          <w:b/>
          <w:bCs/>
          <w:i/>
          <w:color w:val="4F81BD" w:themeColor="accent1"/>
          <w:sz w:val="20"/>
          <w:szCs w:val="26"/>
          <w:lang w:val="es-ES"/>
        </w:rPr>
        <w:t>Izaguirre.daniel@unah.hn</w:t>
      </w:r>
    </w:p>
    <w:p w14:paraId="5784402C" w14:textId="77777777" w:rsidR="00203102" w:rsidRPr="00860636" w:rsidRDefault="00000000">
      <w:pPr>
        <w:pStyle w:val="Ttulo2"/>
        <w:rPr>
          <w:sz w:val="28"/>
          <w:szCs w:val="28"/>
          <w:lang w:val="es-ES"/>
        </w:rPr>
      </w:pPr>
      <w:r w:rsidRPr="00860636">
        <w:rPr>
          <w:sz w:val="28"/>
          <w:szCs w:val="28"/>
          <w:lang w:val="es-ES"/>
        </w:rPr>
        <w:t>INTRODUCCIÓN</w:t>
      </w:r>
    </w:p>
    <w:p w14:paraId="079EC05D" w14:textId="77777777" w:rsidR="00203102" w:rsidRPr="00860636" w:rsidRDefault="00000000">
      <w:pPr>
        <w:rPr>
          <w:rFonts w:asciiTheme="majorHAnsi" w:hAnsiTheme="majorHAnsi" w:cstheme="majorHAnsi"/>
          <w:lang w:val="es-ES"/>
        </w:rPr>
      </w:pPr>
      <w:r w:rsidRPr="00860636">
        <w:rPr>
          <w:rFonts w:asciiTheme="majorHAnsi" w:hAnsiTheme="majorHAnsi" w:cstheme="majorHAnsi"/>
          <w:lang w:val="es-ES"/>
        </w:rPr>
        <w:t>Los Linfomas No Hodgkin (LNH) son un grupo representativo de neoplasias linfoides que tienen diversidad en nomenclatura, forma de presentación, respuesta a los tratamientos y pronóstico [1]. Además, pueden presentarse en los tejidos blandos y centrales de los maxilares en pacientes mayores de 60 años [2,3]. El objetivo de este estudio es presentar un posible diagnóstico diferencial de LNH.</w:t>
      </w:r>
    </w:p>
    <w:p w14:paraId="7046643B" w14:textId="77777777" w:rsidR="00203102" w:rsidRPr="00860636" w:rsidRDefault="00000000">
      <w:pPr>
        <w:pStyle w:val="Ttulo2"/>
        <w:rPr>
          <w:sz w:val="28"/>
          <w:szCs w:val="28"/>
          <w:lang w:val="es-ES"/>
        </w:rPr>
      </w:pPr>
      <w:r w:rsidRPr="00860636">
        <w:rPr>
          <w:sz w:val="28"/>
          <w:szCs w:val="28"/>
          <w:lang w:val="es-ES"/>
        </w:rPr>
        <w:t>METODOLOGÍA</w:t>
      </w:r>
    </w:p>
    <w:p w14:paraId="57803154" w14:textId="5650B247" w:rsidR="00203102" w:rsidRPr="00860636" w:rsidRDefault="00000000">
      <w:pPr>
        <w:rPr>
          <w:rFonts w:asciiTheme="majorHAnsi" w:hAnsiTheme="majorHAnsi" w:cstheme="majorHAnsi"/>
          <w:lang w:val="es-ES"/>
        </w:rPr>
      </w:pPr>
      <w:r w:rsidRPr="00860636">
        <w:rPr>
          <w:rFonts w:asciiTheme="majorHAnsi" w:hAnsiTheme="majorHAnsi" w:cstheme="majorHAnsi"/>
          <w:lang w:val="es-ES"/>
        </w:rPr>
        <w:t>Paciente masculino de 58 años originario de Nacaome, Valle, se presentó en la Clínica de Emergencias de la Facultad de Odontología de la Universidad Nacional Autónoma de Honduras refiriendo 'presión en los dientes' e inflamación posterior a una extracción dental. El paciente indicó ser hipertenso y negó antecedentes alérgicos u hospitalarios. En la exploración extraoral, se determinó la presencia de inflamación crónica en el lado derecho de la cara, dolor irradiado en una escala numérica de tres [3], otitis, edema y adormecimiento facial en la zona.</w:t>
      </w:r>
    </w:p>
    <w:p w14:paraId="6BF15421" w14:textId="05DFB5B3" w:rsidR="00203102" w:rsidRPr="00860636" w:rsidRDefault="00000000">
      <w:pPr>
        <w:rPr>
          <w:rFonts w:asciiTheme="majorHAnsi" w:hAnsiTheme="majorHAnsi" w:cstheme="majorHAnsi"/>
          <w:lang w:val="es-ES"/>
        </w:rPr>
      </w:pPr>
      <w:r w:rsidRPr="00860636">
        <w:rPr>
          <w:rFonts w:asciiTheme="majorHAnsi" w:hAnsiTheme="majorHAnsi" w:cstheme="majorHAnsi"/>
          <w:lang w:val="es-ES"/>
        </w:rPr>
        <w:t xml:space="preserve">En la evaluación intraoral, se observó que el tejido blando del cuadrante uno presentaba una lesión de tipo inflamatoria de color grisácea-violácea vascularizada. Se realizaron radiografías periapicales de la zona en las cuales se observó un área mixta </w:t>
      </w:r>
      <w:proofErr w:type="spellStart"/>
      <w:r w:rsidRPr="00860636">
        <w:rPr>
          <w:rFonts w:asciiTheme="majorHAnsi" w:hAnsiTheme="majorHAnsi" w:cstheme="majorHAnsi"/>
          <w:lang w:val="es-ES"/>
        </w:rPr>
        <w:t>multiloculada</w:t>
      </w:r>
      <w:proofErr w:type="spellEnd"/>
      <w:r w:rsidRPr="00860636">
        <w:rPr>
          <w:rFonts w:asciiTheme="majorHAnsi" w:hAnsiTheme="majorHAnsi" w:cstheme="majorHAnsi"/>
          <w:lang w:val="es-ES"/>
        </w:rPr>
        <w:t xml:space="preserve">, </w:t>
      </w:r>
      <w:proofErr w:type="spellStart"/>
      <w:r w:rsidRPr="00860636">
        <w:rPr>
          <w:rFonts w:asciiTheme="majorHAnsi" w:hAnsiTheme="majorHAnsi" w:cstheme="majorHAnsi"/>
          <w:lang w:val="es-ES"/>
        </w:rPr>
        <w:t>trabeculado</w:t>
      </w:r>
      <w:proofErr w:type="spellEnd"/>
      <w:r w:rsidRPr="00860636">
        <w:rPr>
          <w:rFonts w:asciiTheme="majorHAnsi" w:hAnsiTheme="majorHAnsi" w:cstheme="majorHAnsi"/>
          <w:lang w:val="es-ES"/>
        </w:rPr>
        <w:t xml:space="preserve"> óseo de forma irregular y con posible relación a la cortical del seno maxilar (Figura 1). Se solicitó Tomografía Computarizada de Haz Cónico (TCHC) y se realizó una biopsia </w:t>
      </w:r>
      <w:proofErr w:type="spellStart"/>
      <w:r w:rsidRPr="00860636">
        <w:rPr>
          <w:rFonts w:asciiTheme="majorHAnsi" w:hAnsiTheme="majorHAnsi" w:cstheme="majorHAnsi"/>
          <w:lang w:val="es-ES"/>
        </w:rPr>
        <w:t>incisional</w:t>
      </w:r>
      <w:proofErr w:type="spellEnd"/>
      <w:r w:rsidRPr="00860636">
        <w:rPr>
          <w:rFonts w:asciiTheme="majorHAnsi" w:hAnsiTheme="majorHAnsi" w:cstheme="majorHAnsi"/>
          <w:lang w:val="es-ES"/>
        </w:rPr>
        <w:t xml:space="preserve"> de la zona, abarcando un área de 1.5 x 1.5 cm.</w:t>
      </w:r>
    </w:p>
    <w:p w14:paraId="5CD162C0" w14:textId="205EE501" w:rsidR="006628C5" w:rsidRDefault="0043472B">
      <w:pPr>
        <w:rPr>
          <w:lang w:val="es-ES"/>
        </w:rPr>
      </w:pPr>
      <w:r w:rsidRPr="00414E69">
        <w:rPr>
          <w:rFonts w:ascii="Times New Roman" w:hAnsi="Times New Roman" w:cs="Times New Roman"/>
          <w:b/>
          <w:bCs/>
          <w:noProof/>
          <w:lang w:val="es-HN"/>
        </w:rPr>
        <mc:AlternateContent>
          <mc:Choice Requires="wpg">
            <w:drawing>
              <wp:anchor distT="0" distB="0" distL="114300" distR="114300" simplePos="0" relativeHeight="251660288" behindDoc="0" locked="0" layoutInCell="1" allowOverlap="1" wp14:anchorId="7F97E341" wp14:editId="39F68890">
                <wp:simplePos x="0" y="0"/>
                <wp:positionH relativeFrom="column">
                  <wp:posOffset>616585</wp:posOffset>
                </wp:positionH>
                <wp:positionV relativeFrom="paragraph">
                  <wp:posOffset>59690</wp:posOffset>
                </wp:positionV>
                <wp:extent cx="3529330" cy="2630170"/>
                <wp:effectExtent l="76200" t="38100" r="13970" b="93980"/>
                <wp:wrapNone/>
                <wp:docPr id="1180637598" name="Grupo 7"/>
                <wp:cNvGraphicFramePr/>
                <a:graphic xmlns:a="http://schemas.openxmlformats.org/drawingml/2006/main">
                  <a:graphicData uri="http://schemas.microsoft.com/office/word/2010/wordprocessingGroup">
                    <wpg:wgp>
                      <wpg:cNvGrpSpPr/>
                      <wpg:grpSpPr>
                        <a:xfrm>
                          <a:off x="0" y="0"/>
                          <a:ext cx="3529330" cy="2630170"/>
                          <a:chOff x="0" y="0"/>
                          <a:chExt cx="5982335" cy="4492002"/>
                        </a:xfrm>
                      </wpg:grpSpPr>
                      <wpg:grpSp>
                        <wpg:cNvPr id="237673698" name="Group 8"/>
                        <wpg:cNvGrpSpPr/>
                        <wpg:grpSpPr>
                          <a:xfrm>
                            <a:off x="0" y="0"/>
                            <a:ext cx="5982335" cy="4492002"/>
                            <a:chOff x="0" y="-57163"/>
                            <a:chExt cx="5405899" cy="3868557"/>
                          </a:xfrm>
                        </wpg:grpSpPr>
                        <wpg:grpSp>
                          <wpg:cNvPr id="983282742" name="Grupo 1"/>
                          <wpg:cNvGrpSpPr/>
                          <wpg:grpSpPr>
                            <a:xfrm>
                              <a:off x="0" y="-57163"/>
                              <a:ext cx="5405899" cy="3838547"/>
                              <a:chOff x="-56286" y="-158653"/>
                              <a:chExt cx="5384350" cy="3825631"/>
                            </a:xfrm>
                          </wpg:grpSpPr>
                          <pic:pic xmlns:pic="http://schemas.openxmlformats.org/drawingml/2006/picture">
                            <pic:nvPicPr>
                              <pic:cNvPr id="815392617" name="Picture 9" descr="Close-up of a person's mouth and teeth&#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6286" y="-101681"/>
                                <a:ext cx="2806046" cy="37364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89629290" name="Picture 4"/>
                              <pic:cNvPicPr preferRelativeResize="0">
                                <a:picLocks noChangeAspect="1"/>
                              </pic:cNvPicPr>
                            </pic:nvPicPr>
                            <pic:blipFill rotWithShape="1">
                              <a:blip r:embed="rId7" cstate="print">
                                <a:extLst>
                                  <a:ext uri="{28A0092B-C50C-407E-A947-70E740481C1C}">
                                    <a14:useLocalDpi xmlns:a14="http://schemas.microsoft.com/office/drawing/2010/main" val="0"/>
                                  </a:ext>
                                </a:extLst>
                              </a:blip>
                              <a:srcRect l="3602" r="9" b="2101"/>
                              <a:stretch/>
                            </pic:blipFill>
                            <pic:spPr bwMode="auto">
                              <a:xfrm>
                                <a:off x="2851322" y="-158653"/>
                                <a:ext cx="2476742" cy="1843076"/>
                              </a:xfrm>
                              <a:prstGeom prst="roundRect">
                                <a:avLst/>
                              </a:prstGeom>
                              <a:blipFill>
                                <a:blip r:embed="rId8"/>
                                <a:tile tx="0" ty="0" sx="100000" sy="100000" flip="none" algn="tl"/>
                              </a:blipFill>
                              <a:ln>
                                <a:solidFill>
                                  <a:schemeClr val="accent1"/>
                                </a:solidFill>
                              </a:ln>
                            </pic:spPr>
                          </pic:pic>
                          <pic:pic xmlns:pic="http://schemas.openxmlformats.org/drawingml/2006/picture">
                            <pic:nvPicPr>
                              <pic:cNvPr id="1369071020" name="Picture 6" descr="Imagen que contiene interior, tabla, pastel, pues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2838448" y="1838239"/>
                                <a:ext cx="2489615" cy="1828739"/>
                              </a:xfrm>
                              <a:prstGeom prst="roundRect">
                                <a:avLst/>
                              </a:prstGeom>
                              <a:noFill/>
                              <a:ln>
                                <a:noFill/>
                              </a:ln>
                            </pic:spPr>
                          </pic:pic>
                        </wpg:grpSp>
                        <wps:wsp>
                          <wps:cNvPr id="1663399185" name="Cuadro de texto 2"/>
                          <wps:cNvSpPr txBox="1"/>
                          <wps:spPr>
                            <a:xfrm>
                              <a:off x="3092494" y="1410428"/>
                              <a:ext cx="398225" cy="370761"/>
                            </a:xfrm>
                            <a:prstGeom prst="rect">
                              <a:avLst/>
                            </a:prstGeom>
                            <a:noFill/>
                            <a:ln w="6350">
                              <a:noFill/>
                            </a:ln>
                          </wps:spPr>
                          <wps:txbx>
                            <w:txbxContent>
                              <w:p w14:paraId="2ADE82AB"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0663243" name="Cuadro de texto 2"/>
                          <wps:cNvSpPr txBox="1"/>
                          <wps:spPr>
                            <a:xfrm>
                              <a:off x="0" y="3324692"/>
                              <a:ext cx="438198" cy="486702"/>
                            </a:xfrm>
                            <a:prstGeom prst="rect">
                              <a:avLst/>
                            </a:prstGeom>
                            <a:noFill/>
                            <a:ln w="6350">
                              <a:noFill/>
                            </a:ln>
                          </wps:spPr>
                          <wps:txbx>
                            <w:txbxContent>
                              <w:p w14:paraId="3547B562"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7552692" name="Cuadro de texto 2"/>
                        <wps:cNvSpPr txBox="1"/>
                        <wps:spPr>
                          <a:xfrm>
                            <a:off x="3480732" y="3996969"/>
                            <a:ext cx="400426" cy="404157"/>
                          </a:xfrm>
                          <a:prstGeom prst="rect">
                            <a:avLst/>
                          </a:prstGeom>
                          <a:noFill/>
                          <a:ln w="6350">
                            <a:noFill/>
                          </a:ln>
                        </wps:spPr>
                        <wps:txbx>
                          <w:txbxContent>
                            <w:p w14:paraId="1B065396"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7E341" id="Grupo 7" o:spid="_x0000_s1026" style="position:absolute;margin-left:48.55pt;margin-top:4.7pt;width:277.9pt;height:207.1pt;z-index:251660288;mso-width-relative:margin;mso-height-relative:margin" coordsize="59823,44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">
                <v:group id="Group 8" o:spid="_x0000_s1027" style="position:absolute;width:59823;height:44920" coordorigin=",-571" coordsize="54058,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">
                  <v:group id="Grupo 1" o:spid="_x0000_s1028" style="position:absolute;top:-571;width:54058;height:38384" coordorigin="-562,-1586" coordsize="53843,3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Close-up of a person's mouth and teeth&#10;&#10;Description automatically generated" style="position:absolute;left:-562;top:-1016;width:28059;height:37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" stroked="t" strokeweight="3pt">
                      <v:stroke endcap="square"/>
                      <v:imagedata r:id="rId10" o:title="Close-up of a person's mouth and teeth&#10;&#10;Description automatically generated"/>
                      <v:shadow on="t" color="black" opacity="28180f" origin="-.5,-.5" offset=".74836mm,.74836mm"/>
                      <v:path arrowok="t"/>
                    </v:shape>
                    <v:shape id="Picture 4" o:spid="_x0000_s1030" type="#_x0000_t75" style="position:absolute;left:28513;top:-1586;width:24767;height:184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" adj="3600" filled="t" stroked="t" strokecolor="#4f81bd [3204]">
                      <v:fill r:id="rId11" o:title="" recolor="t" rotate="t" type="tile"/>
                      <v:imagedata r:id="rId12" o:title="" cropbottom="1377f" cropleft="2361f" cropright="6f"/>
                      <v:path arrowok="t"/>
                    </v:shape>
                    <v:shape id="Picture 6" o:spid="_x0000_s1031" type="#_x0000_t75" alt="Imagen que contiene interior, tabla, pastel, puesto&#10;&#10;Descripción generada automáticamente" style="position:absolute;left:28384;top:18382;width:24896;height:182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" adj="3600">
                      <v:imagedata r:id="rId13" o:title="Imagen que contiene interior, tabla, pastel, puesto&#10;&#10;Descripción generada automáticamente"/>
                    </v:shape>
                  </v:group>
                  <v:shapetype id="_x0000_t202" coordsize="21600,21600" o:spt="202" path="m,l,21600r21600,l21600,xe">
                    <v:stroke joinstyle="miter"/>
                    <v:path gradientshapeok="t" o:connecttype="rect"/>
                  </v:shapetype>
                  <v:shape id="Cuadro de texto 2" o:spid="_x0000_s1032" type="#_x0000_t202" style="position:absolute;left:30924;top:14104;width:398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" filled="f" stroked="f" strokeweight=".5pt">
                    <v:textbox>
                      <w:txbxContent>
                        <w:p w14:paraId="2ADE82AB"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B.</w:t>
                          </w:r>
                        </w:p>
                      </w:txbxContent>
                    </v:textbox>
                  </v:shape>
                  <v:shape id="Cuadro de texto 2" o:spid="_x0000_s1033" type="#_x0000_t202" style="position:absolute;top:33246;width:4381;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" filled="f" stroked="f" strokeweight=".5pt">
                    <v:textbox>
                      <w:txbxContent>
                        <w:p w14:paraId="3547B562"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A.</w:t>
                          </w:r>
                        </w:p>
                      </w:txbxContent>
                    </v:textbox>
                  </v:shape>
                </v:group>
                <v:shape id="Cuadro de texto 2" o:spid="_x0000_s1034" type="#_x0000_t202" style="position:absolute;left:34807;top:39969;width:4004;height: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" filled="f" stroked="f" strokeweight=".5pt">
                  <v:textbox>
                    <w:txbxContent>
                      <w:p w14:paraId="1B065396"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C.</w:t>
                        </w:r>
                      </w:p>
                    </w:txbxContent>
                  </v:textbox>
                </v:shape>
              </v:group>
            </w:pict>
          </mc:Fallback>
        </mc:AlternateContent>
      </w:r>
    </w:p>
    <w:p w14:paraId="2841BA7D" w14:textId="5E3E5D70" w:rsidR="006628C5" w:rsidRDefault="006628C5">
      <w:pPr>
        <w:rPr>
          <w:lang w:val="es-ES"/>
        </w:rPr>
      </w:pPr>
    </w:p>
    <w:p w14:paraId="0D8F1471" w14:textId="342783CF" w:rsidR="006628C5" w:rsidRDefault="006628C5">
      <w:pPr>
        <w:rPr>
          <w:lang w:val="es-ES"/>
        </w:rPr>
      </w:pPr>
    </w:p>
    <w:p w14:paraId="10787EC9" w14:textId="4B19F526" w:rsidR="006628C5" w:rsidRDefault="006628C5">
      <w:pPr>
        <w:rPr>
          <w:lang w:val="es-ES"/>
        </w:rPr>
      </w:pPr>
    </w:p>
    <w:p w14:paraId="393EE009" w14:textId="007B9710" w:rsidR="006628C5" w:rsidRDefault="006628C5">
      <w:pPr>
        <w:rPr>
          <w:lang w:val="es-ES"/>
        </w:rPr>
      </w:pPr>
    </w:p>
    <w:p w14:paraId="0769F7C8" w14:textId="4D9F8071" w:rsidR="006628C5" w:rsidRDefault="006628C5">
      <w:pPr>
        <w:rPr>
          <w:lang w:val="es-ES"/>
        </w:rPr>
      </w:pPr>
    </w:p>
    <w:p w14:paraId="7E043078" w14:textId="064013A9" w:rsidR="006628C5" w:rsidRPr="006628C5" w:rsidRDefault="006628C5" w:rsidP="006628C5">
      <w:pPr>
        <w:jc w:val="both"/>
        <w:rPr>
          <w:rFonts w:asciiTheme="majorHAnsi" w:eastAsiaTheme="majorEastAsia" w:hAnsiTheme="majorHAnsi" w:cstheme="majorBidi"/>
          <w:b/>
          <w:bCs/>
          <w:color w:val="4F81BD" w:themeColor="accent1"/>
          <w:lang w:val="es-ES"/>
        </w:rPr>
      </w:pPr>
      <w:r w:rsidRPr="006628C5">
        <w:rPr>
          <w:rFonts w:asciiTheme="majorHAnsi" w:eastAsiaTheme="majorEastAsia" w:hAnsiTheme="majorHAnsi" w:cstheme="majorBidi"/>
          <w:b/>
          <w:bCs/>
          <w:color w:val="4F81BD" w:themeColor="accent1"/>
          <w:lang w:val="es-ES"/>
        </w:rPr>
        <w:lastRenderedPageBreak/>
        <w:t>Figura 1. Se observa (A) imagen clínica, radiografías periapicales de zona molares (B) y zona de premolares (C).</w:t>
      </w:r>
    </w:p>
    <w:p w14:paraId="2435766B" w14:textId="4BD0EBE1" w:rsidR="00203102" w:rsidRPr="00860636" w:rsidRDefault="00000000">
      <w:pPr>
        <w:pStyle w:val="Ttulo2"/>
        <w:rPr>
          <w:sz w:val="28"/>
          <w:szCs w:val="28"/>
          <w:lang w:val="es-ES"/>
        </w:rPr>
      </w:pPr>
      <w:r w:rsidRPr="00860636">
        <w:rPr>
          <w:sz w:val="28"/>
          <w:szCs w:val="28"/>
          <w:lang w:val="es-ES"/>
        </w:rPr>
        <w:t>RESULTADOS</w:t>
      </w:r>
    </w:p>
    <w:p w14:paraId="320CA73C" w14:textId="7462F23E" w:rsidR="00203102" w:rsidRDefault="006628C5">
      <w:pPr>
        <w:rPr>
          <w:lang w:val="es-ES"/>
        </w:rPr>
      </w:pPr>
      <w:r w:rsidRPr="00860636">
        <w:rPr>
          <w:rFonts w:asciiTheme="majorHAnsi" w:hAnsiTheme="majorHAnsi" w:cstheme="majorHAnsi"/>
          <w:noProof/>
          <w:lang w:val="es-HN"/>
        </w:rPr>
        <mc:AlternateContent>
          <mc:Choice Requires="wpg">
            <w:drawing>
              <wp:anchor distT="0" distB="0" distL="114300" distR="114300" simplePos="0" relativeHeight="251662336" behindDoc="0" locked="0" layoutInCell="1" allowOverlap="1" wp14:anchorId="42C6C719" wp14:editId="49125370">
                <wp:simplePos x="0" y="0"/>
                <wp:positionH relativeFrom="margin">
                  <wp:posOffset>864032</wp:posOffset>
                </wp:positionH>
                <wp:positionV relativeFrom="paragraph">
                  <wp:posOffset>1243159</wp:posOffset>
                </wp:positionV>
                <wp:extent cx="3448928" cy="2997981"/>
                <wp:effectExtent l="38100" t="76200" r="132715" b="107315"/>
                <wp:wrapNone/>
                <wp:docPr id="1647923226" name="Grupo 8"/>
                <wp:cNvGraphicFramePr/>
                <a:graphic xmlns:a="http://schemas.openxmlformats.org/drawingml/2006/main">
                  <a:graphicData uri="http://schemas.microsoft.com/office/word/2010/wordprocessingGroup">
                    <wpg:wgp>
                      <wpg:cNvGrpSpPr/>
                      <wpg:grpSpPr>
                        <a:xfrm>
                          <a:off x="0" y="0"/>
                          <a:ext cx="3448928" cy="2997981"/>
                          <a:chOff x="-50621" y="0"/>
                          <a:chExt cx="5313898" cy="4998280"/>
                        </a:xfrm>
                      </wpg:grpSpPr>
                      <wpg:grpSp>
                        <wpg:cNvPr id="1183055654" name="Group 7"/>
                        <wpg:cNvGrpSpPr/>
                        <wpg:grpSpPr>
                          <a:xfrm>
                            <a:off x="12405" y="0"/>
                            <a:ext cx="5250872" cy="4941008"/>
                            <a:chOff x="0" y="0"/>
                            <a:chExt cx="6056630" cy="5699216"/>
                          </a:xfrm>
                        </wpg:grpSpPr>
                        <pic:pic xmlns:pic="http://schemas.openxmlformats.org/drawingml/2006/picture">
                          <pic:nvPicPr>
                            <pic:cNvPr id="1334853698"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691607"/>
                              <a:ext cx="3039572" cy="30075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247054627" name="Imagen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056630" cy="2506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58825053" name="Imagen 1"/>
                            <pic:cNvPicPr>
                              <a:picLocks noChangeAspect="1"/>
                            </pic:cNvPicPr>
                          </pic:nvPicPr>
                          <pic:blipFill rotWithShape="1">
                            <a:blip r:embed="rId16">
                              <a:extLst>
                                <a:ext uri="{28A0092B-C50C-407E-A947-70E740481C1C}">
                                  <a14:useLocalDpi xmlns:a14="http://schemas.microsoft.com/office/drawing/2010/main" val="0"/>
                                </a:ext>
                              </a:extLst>
                            </a:blip>
                            <a:srcRect l="1408" t="-44" r="7959" b="92"/>
                            <a:stretch/>
                          </pic:blipFill>
                          <pic:spPr>
                            <a:xfrm>
                              <a:off x="3268858" y="2691375"/>
                              <a:ext cx="2787668" cy="300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s:wsp>
                        <wps:cNvPr id="433715887" name="Cuadro de texto 2"/>
                        <wps:cNvSpPr txBox="1"/>
                        <wps:spPr>
                          <a:xfrm>
                            <a:off x="-50621" y="1791878"/>
                            <a:ext cx="406831" cy="453999"/>
                          </a:xfrm>
                          <a:prstGeom prst="rect">
                            <a:avLst/>
                          </a:prstGeom>
                          <a:noFill/>
                          <a:ln w="6350">
                            <a:noFill/>
                          </a:ln>
                        </wps:spPr>
                        <wps:txbx>
                          <w:txbxContent>
                            <w:p w14:paraId="5A831787"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165977" name="Cuadro de texto 2"/>
                        <wps:cNvSpPr txBox="1"/>
                        <wps:spPr>
                          <a:xfrm>
                            <a:off x="-12252" y="4594255"/>
                            <a:ext cx="388961" cy="381506"/>
                          </a:xfrm>
                          <a:prstGeom prst="rect">
                            <a:avLst/>
                          </a:prstGeom>
                          <a:noFill/>
                          <a:ln w="6350">
                            <a:noFill/>
                          </a:ln>
                        </wps:spPr>
                        <wps:txbx>
                          <w:txbxContent>
                            <w:p w14:paraId="62FE8CA8"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063275" name="Cuadro de texto 2"/>
                        <wps:cNvSpPr txBox="1"/>
                        <wps:spPr>
                          <a:xfrm>
                            <a:off x="2788272" y="4594244"/>
                            <a:ext cx="478466" cy="404036"/>
                          </a:xfrm>
                          <a:prstGeom prst="rect">
                            <a:avLst/>
                          </a:prstGeom>
                          <a:noFill/>
                          <a:ln w="6350">
                            <a:noFill/>
                          </a:ln>
                        </wps:spPr>
                        <wps:txbx>
                          <w:txbxContent>
                            <w:p w14:paraId="3BAC6D8F"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C6C719" id="Grupo 8" o:spid="_x0000_s1035" style="position:absolute;margin-left:68.05pt;margin-top:97.9pt;width:271.55pt;height:236.05pt;z-index:251662336;mso-position-horizontal-relative:margin;mso-width-relative:margin;mso-height-relative:margin" coordorigin="-506" coordsize="53138,4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">
                <v:group id="Group 7" o:spid="_x0000_s1036" style="position:absolute;left:124;width:52508;height:49410" coordsize="60566,5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">
                  <v:shape id="Imagen 1" o:spid="_x0000_s1037" type="#_x0000_t75" style="position:absolute;top:26916;width:30395;height:30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" stroked="t" strokeweight="3pt">
                    <v:stroke endcap="square"/>
                    <v:imagedata r:id="rId17" o:title=""/>
                    <v:shadow on="t" color="black" opacity="28180f" origin="-.5,-.5" offset=".74836mm,.74836mm"/>
                    <v:path arrowok="t"/>
                  </v:shape>
                  <v:shape id="Imagen 1" o:spid="_x0000_s1038" type="#_x0000_t75" style="position:absolute;width:60566;height:2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" stroked="t" strokeweight="3pt">
                    <v:stroke endcap="square"/>
                    <v:imagedata r:id="rId18" o:title=""/>
                    <v:shadow on="t" color="black" opacity="28180f" origin="-.5,-.5" offset=".74836mm,.74836mm"/>
                    <v:path arrowok="t"/>
                  </v:shape>
                  <v:shape id="Imagen 1" o:spid="_x0000_s1039" type="#_x0000_t75" style="position:absolute;left:32688;top:26913;width:27877;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" stroked="t" strokeweight="3pt">
                    <v:stroke endcap="square"/>
                    <v:imagedata r:id="rId19" o:title="" croptop="-29f" cropbottom="60f" cropleft="923f" cropright="5216f"/>
                    <v:shadow on="t" color="black" opacity="28180f" origin="-.5,-.5" offset=".74836mm,.74836mm"/>
                    <v:path arrowok="t"/>
                  </v:shape>
                </v:group>
                <v:shape id="Cuadro de texto 2" o:spid="_x0000_s1040" type="#_x0000_t202" style="position:absolute;left:-506;top:17918;width:406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" filled="f" stroked="f" strokeweight=".5pt">
                  <v:textbox>
                    <w:txbxContent>
                      <w:p w14:paraId="5A831787"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A.</w:t>
                        </w:r>
                      </w:p>
                    </w:txbxContent>
                  </v:textbox>
                </v:shape>
                <v:shape id="Cuadro de texto 2" o:spid="_x0000_s1041" type="#_x0000_t202" style="position:absolute;left:-122;top:45942;width:3889;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" filled="f" stroked="f" strokeweight=".5pt">
                  <v:textbox>
                    <w:txbxContent>
                      <w:p w14:paraId="62FE8CA8"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B.</w:t>
                        </w:r>
                      </w:p>
                    </w:txbxContent>
                  </v:textbox>
                </v:shape>
                <v:shape id="Cuadro de texto 2" o:spid="_x0000_s1042" type="#_x0000_t202" style="position:absolute;left:27882;top:45942;width:4785;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" filled="f" stroked="f" strokeweight=".5pt">
                  <v:textbox>
                    <w:txbxContent>
                      <w:p w14:paraId="3BAC6D8F" w14:textId="77777777" w:rsidR="006628C5" w:rsidRPr="00370D85" w:rsidRDefault="006628C5" w:rsidP="006628C5">
                        <w:pPr>
                          <w:rPr>
                            <w:b/>
                            <w:bCs/>
                            <w:color w:val="FFFFFF" w:themeColor="background1"/>
                            <w:sz w:val="24"/>
                            <w:szCs w:val="24"/>
                            <w:lang w:val="es-HN"/>
                          </w:rPr>
                        </w:pPr>
                        <w:r w:rsidRPr="00370D85">
                          <w:rPr>
                            <w:b/>
                            <w:bCs/>
                            <w:color w:val="FFFFFF" w:themeColor="background1"/>
                            <w:sz w:val="24"/>
                            <w:szCs w:val="24"/>
                            <w:lang w:val="es-HN"/>
                          </w:rPr>
                          <w:t>C.</w:t>
                        </w:r>
                      </w:p>
                    </w:txbxContent>
                  </v:textbox>
                </v:shape>
                <w10:wrap anchorx="margin"/>
              </v:group>
            </w:pict>
          </mc:Fallback>
        </mc:AlternateContent>
      </w:r>
      <w:r w:rsidRPr="00860636">
        <w:rPr>
          <w:rFonts w:asciiTheme="majorHAnsi" w:hAnsiTheme="majorHAnsi" w:cstheme="majorHAnsi"/>
          <w:lang w:val="es-ES"/>
        </w:rPr>
        <w:t xml:space="preserve">En la TCHC se observó una zona mixta multilocular en el </w:t>
      </w:r>
      <w:proofErr w:type="spellStart"/>
      <w:r w:rsidRPr="00860636">
        <w:rPr>
          <w:rFonts w:asciiTheme="majorHAnsi" w:hAnsiTheme="majorHAnsi" w:cstheme="majorHAnsi"/>
          <w:lang w:val="es-ES"/>
        </w:rPr>
        <w:t>trabeculado</w:t>
      </w:r>
      <w:proofErr w:type="spellEnd"/>
      <w:r w:rsidRPr="00860636">
        <w:rPr>
          <w:rFonts w:asciiTheme="majorHAnsi" w:hAnsiTheme="majorHAnsi" w:cstheme="majorHAnsi"/>
          <w:lang w:val="es-ES"/>
        </w:rPr>
        <w:t xml:space="preserve"> óseo, de límites mal definidos y no </w:t>
      </w:r>
      <w:proofErr w:type="spellStart"/>
      <w:r w:rsidRPr="00860636">
        <w:rPr>
          <w:rFonts w:asciiTheme="majorHAnsi" w:hAnsiTheme="majorHAnsi" w:cstheme="majorHAnsi"/>
          <w:lang w:val="es-ES"/>
        </w:rPr>
        <w:t>corticalizados</w:t>
      </w:r>
      <w:proofErr w:type="spellEnd"/>
      <w:r w:rsidRPr="00860636">
        <w:rPr>
          <w:rFonts w:asciiTheme="majorHAnsi" w:hAnsiTheme="majorHAnsi" w:cstheme="majorHAnsi"/>
          <w:lang w:val="es-ES"/>
        </w:rPr>
        <w:t>, de forma irregular, con perforación de las tablas óseas vestibular y palatina. Además, se evidenció el seno maxilar derecho con marcado engrosamiento de la mucosa sinusal y la cortical sinusal parcialmente perforada (Figura 2). El estudio histopatológico denotó pequeñas células linfoides, lo que, en conjunto con la TCHC, sugiere un diagnóstico presuntivo de Linfoma No Hodgkin</w:t>
      </w:r>
      <w:r w:rsidRPr="006628C5">
        <w:rPr>
          <w:lang w:val="es-ES"/>
        </w:rPr>
        <w:t>.</w:t>
      </w:r>
    </w:p>
    <w:p w14:paraId="0DC896BF" w14:textId="5AE3E8B3" w:rsidR="006628C5" w:rsidRDefault="006628C5">
      <w:pPr>
        <w:rPr>
          <w:lang w:val="es-ES"/>
        </w:rPr>
      </w:pPr>
    </w:p>
    <w:p w14:paraId="6E5F028A" w14:textId="77777777" w:rsidR="006628C5" w:rsidRDefault="006628C5">
      <w:pPr>
        <w:rPr>
          <w:lang w:val="es-ES"/>
        </w:rPr>
      </w:pPr>
    </w:p>
    <w:p w14:paraId="4205B3F0" w14:textId="77777777" w:rsidR="006628C5" w:rsidRDefault="006628C5">
      <w:pPr>
        <w:rPr>
          <w:lang w:val="es-ES"/>
        </w:rPr>
      </w:pPr>
    </w:p>
    <w:p w14:paraId="516DCD5D" w14:textId="77777777" w:rsidR="006628C5" w:rsidRDefault="006628C5">
      <w:pPr>
        <w:rPr>
          <w:lang w:val="es-ES"/>
        </w:rPr>
      </w:pPr>
    </w:p>
    <w:p w14:paraId="6186B750" w14:textId="77777777" w:rsidR="006628C5" w:rsidRDefault="006628C5">
      <w:pPr>
        <w:rPr>
          <w:lang w:val="es-ES"/>
        </w:rPr>
      </w:pPr>
    </w:p>
    <w:p w14:paraId="33A05F2D" w14:textId="77777777" w:rsidR="006628C5" w:rsidRDefault="006628C5">
      <w:pPr>
        <w:rPr>
          <w:lang w:val="es-ES"/>
        </w:rPr>
      </w:pPr>
    </w:p>
    <w:p w14:paraId="2A99090F" w14:textId="77777777" w:rsidR="006628C5" w:rsidRDefault="006628C5">
      <w:pPr>
        <w:rPr>
          <w:lang w:val="es-ES"/>
        </w:rPr>
      </w:pPr>
    </w:p>
    <w:p w14:paraId="4F0931BB" w14:textId="77777777" w:rsidR="006628C5" w:rsidRPr="006628C5" w:rsidRDefault="006628C5">
      <w:pPr>
        <w:rPr>
          <w:lang w:val="es-ES"/>
        </w:rPr>
      </w:pPr>
    </w:p>
    <w:p w14:paraId="72373B29" w14:textId="77777777" w:rsidR="006628C5" w:rsidRDefault="006628C5">
      <w:pPr>
        <w:pStyle w:val="Ttulo2"/>
        <w:rPr>
          <w:lang w:val="es-ES"/>
        </w:rPr>
      </w:pPr>
    </w:p>
    <w:p w14:paraId="21AD9CCF" w14:textId="77777777" w:rsidR="006628C5" w:rsidRPr="006628C5" w:rsidRDefault="006628C5" w:rsidP="006628C5">
      <w:pPr>
        <w:rPr>
          <w:lang w:val="es-ES"/>
        </w:rPr>
      </w:pPr>
    </w:p>
    <w:p w14:paraId="656D7F85" w14:textId="77777777" w:rsidR="006628C5" w:rsidRPr="006628C5" w:rsidRDefault="006628C5" w:rsidP="006628C5">
      <w:pPr>
        <w:rPr>
          <w:rFonts w:asciiTheme="majorHAnsi" w:eastAsiaTheme="majorEastAsia" w:hAnsiTheme="majorHAnsi" w:cstheme="majorBidi"/>
          <w:b/>
          <w:bCs/>
          <w:color w:val="4F81BD" w:themeColor="accent1"/>
          <w:lang w:val="es-ES"/>
        </w:rPr>
      </w:pPr>
      <w:r w:rsidRPr="006628C5">
        <w:rPr>
          <w:rFonts w:asciiTheme="majorHAnsi" w:eastAsiaTheme="majorEastAsia" w:hAnsiTheme="majorHAnsi" w:cstheme="majorBidi"/>
          <w:b/>
          <w:bCs/>
          <w:color w:val="4F81BD" w:themeColor="accent1"/>
          <w:lang w:val="es-ES"/>
        </w:rPr>
        <w:t xml:space="preserve">Figura 2. Reconstrucción panorámica de TCHC (A), corte axial (B) y corte transversal (C). </w:t>
      </w:r>
    </w:p>
    <w:p w14:paraId="2A7883C3" w14:textId="4BE587A9" w:rsidR="00203102" w:rsidRPr="00860636" w:rsidRDefault="00000000">
      <w:pPr>
        <w:pStyle w:val="Ttulo2"/>
        <w:rPr>
          <w:sz w:val="28"/>
          <w:szCs w:val="28"/>
          <w:lang w:val="es-ES"/>
        </w:rPr>
      </w:pPr>
      <w:r w:rsidRPr="00860636">
        <w:rPr>
          <w:sz w:val="28"/>
          <w:szCs w:val="28"/>
          <w:lang w:val="es-ES"/>
        </w:rPr>
        <w:t>CONCLUSIÓN</w:t>
      </w:r>
    </w:p>
    <w:p w14:paraId="6C6396F2" w14:textId="77777777" w:rsidR="00203102" w:rsidRPr="00860636" w:rsidRDefault="00000000">
      <w:pPr>
        <w:rPr>
          <w:rFonts w:asciiTheme="majorHAnsi" w:hAnsiTheme="majorHAnsi" w:cstheme="majorHAnsi"/>
          <w:lang w:val="es-ES"/>
        </w:rPr>
      </w:pPr>
      <w:r w:rsidRPr="00860636">
        <w:rPr>
          <w:rFonts w:asciiTheme="majorHAnsi" w:hAnsiTheme="majorHAnsi" w:cstheme="majorHAnsi"/>
          <w:lang w:val="es-ES"/>
        </w:rPr>
        <w:t>La combinación de un examen físico minucioso con técnicas de imagen avanzadas y análisis histopatológico en un enfoque multidisciplinario facilita el diagnóstico diferencial de patologías orales, permitiendo la implementación de intervenciones clínicas que puedan mejorar la expectativa de vida del paciente.</w:t>
      </w:r>
    </w:p>
    <w:p w14:paraId="43A2AA37" w14:textId="77777777" w:rsidR="00203102" w:rsidRPr="00860636" w:rsidRDefault="00000000">
      <w:pPr>
        <w:pStyle w:val="Ttulo2"/>
        <w:rPr>
          <w:sz w:val="28"/>
          <w:szCs w:val="28"/>
          <w:lang w:val="es-ES"/>
        </w:rPr>
      </w:pPr>
      <w:r w:rsidRPr="00860636">
        <w:rPr>
          <w:sz w:val="28"/>
          <w:szCs w:val="28"/>
          <w:lang w:val="es-ES"/>
        </w:rPr>
        <w:t>REFERENCIAS</w:t>
      </w:r>
    </w:p>
    <w:p w14:paraId="5268D3D3" w14:textId="77777777" w:rsidR="00203102" w:rsidRPr="00860636" w:rsidRDefault="00000000">
      <w:pPr>
        <w:rPr>
          <w:rFonts w:asciiTheme="majorHAnsi" w:hAnsiTheme="majorHAnsi" w:cstheme="majorHAnsi"/>
          <w:lang w:val="es-ES"/>
        </w:rPr>
      </w:pPr>
      <w:r w:rsidRPr="00860636">
        <w:rPr>
          <w:rFonts w:asciiTheme="majorHAnsi" w:hAnsiTheme="majorHAnsi" w:cstheme="majorHAnsi"/>
          <w:lang w:val="es-ES"/>
        </w:rPr>
        <w:t xml:space="preserve">1. Alvarez-Vera JL, et al. Consenso mexicano de linfoma de Hodgkin. </w:t>
      </w:r>
      <w:proofErr w:type="spellStart"/>
      <w:r w:rsidRPr="00860636">
        <w:rPr>
          <w:rFonts w:asciiTheme="majorHAnsi" w:hAnsiTheme="majorHAnsi" w:cstheme="majorHAnsi"/>
          <w:lang w:val="es-ES"/>
        </w:rPr>
        <w:t>Gac</w:t>
      </w:r>
      <w:proofErr w:type="spellEnd"/>
      <w:r w:rsidRPr="00860636">
        <w:rPr>
          <w:rFonts w:asciiTheme="majorHAnsi" w:hAnsiTheme="majorHAnsi" w:cstheme="majorHAnsi"/>
          <w:lang w:val="es-ES"/>
        </w:rPr>
        <w:t xml:space="preserve"> </w:t>
      </w:r>
      <w:proofErr w:type="spellStart"/>
      <w:r w:rsidRPr="00860636">
        <w:rPr>
          <w:rFonts w:asciiTheme="majorHAnsi" w:hAnsiTheme="majorHAnsi" w:cstheme="majorHAnsi"/>
          <w:lang w:val="es-ES"/>
        </w:rPr>
        <w:t>Méd</w:t>
      </w:r>
      <w:proofErr w:type="spellEnd"/>
      <w:r w:rsidRPr="00860636">
        <w:rPr>
          <w:rFonts w:asciiTheme="majorHAnsi" w:hAnsiTheme="majorHAnsi" w:cstheme="majorHAnsi"/>
          <w:lang w:val="es-ES"/>
        </w:rPr>
        <w:t xml:space="preserve"> Méx. 2021;157(1):1-18.</w:t>
      </w:r>
    </w:p>
    <w:p w14:paraId="1A93294F" w14:textId="77777777" w:rsidR="00203102" w:rsidRPr="00860636" w:rsidRDefault="00000000">
      <w:pPr>
        <w:rPr>
          <w:rFonts w:asciiTheme="majorHAnsi" w:hAnsiTheme="majorHAnsi" w:cstheme="majorHAnsi"/>
        </w:rPr>
      </w:pPr>
      <w:r w:rsidRPr="00860636">
        <w:rPr>
          <w:rFonts w:asciiTheme="majorHAnsi" w:hAnsiTheme="majorHAnsi" w:cstheme="majorHAnsi"/>
          <w:lang w:val="es-ES"/>
        </w:rPr>
        <w:t xml:space="preserve">2. Ruiz Cárdenas JL, Fernández Martínez CA, Díaz Arteaga AJ. </w:t>
      </w:r>
      <w:proofErr w:type="spellStart"/>
      <w:r w:rsidRPr="00860636">
        <w:rPr>
          <w:rFonts w:asciiTheme="majorHAnsi" w:hAnsiTheme="majorHAnsi" w:cstheme="majorHAnsi"/>
        </w:rPr>
        <w:t>Linfoma</w:t>
      </w:r>
      <w:proofErr w:type="spellEnd"/>
      <w:r w:rsidRPr="00860636">
        <w:rPr>
          <w:rFonts w:asciiTheme="majorHAnsi" w:hAnsiTheme="majorHAnsi" w:cstheme="majorHAnsi"/>
        </w:rPr>
        <w:t xml:space="preserve"> no-Hodgkin intraoral. Rev Exp Med. 2017;3(1):30-32.</w:t>
      </w:r>
    </w:p>
    <w:p w14:paraId="1AA48582" w14:textId="77777777" w:rsidR="00203102" w:rsidRPr="00860636" w:rsidRDefault="00000000">
      <w:pPr>
        <w:rPr>
          <w:rFonts w:asciiTheme="majorHAnsi" w:hAnsiTheme="majorHAnsi" w:cstheme="majorHAnsi"/>
          <w:lang w:val="es-ES"/>
        </w:rPr>
      </w:pPr>
      <w:r w:rsidRPr="00860636">
        <w:rPr>
          <w:rFonts w:asciiTheme="majorHAnsi" w:hAnsiTheme="majorHAnsi" w:cstheme="majorHAnsi"/>
        </w:rPr>
        <w:lastRenderedPageBreak/>
        <w:t xml:space="preserve">3. MacDonald D, Lim S. </w:t>
      </w:r>
      <w:proofErr w:type="spellStart"/>
      <w:r w:rsidRPr="00860636">
        <w:rPr>
          <w:rFonts w:asciiTheme="majorHAnsi" w:hAnsiTheme="majorHAnsi" w:cstheme="majorHAnsi"/>
        </w:rPr>
        <w:t>Extranodal</w:t>
      </w:r>
      <w:proofErr w:type="spellEnd"/>
      <w:r w:rsidRPr="00860636">
        <w:rPr>
          <w:rFonts w:asciiTheme="majorHAnsi" w:hAnsiTheme="majorHAnsi" w:cstheme="majorHAnsi"/>
        </w:rPr>
        <w:t xml:space="preserve"> lymphoma arising within the maxillary alveolus: a systematic review. </w:t>
      </w:r>
      <w:r w:rsidRPr="00860636">
        <w:rPr>
          <w:rFonts w:asciiTheme="majorHAnsi" w:hAnsiTheme="majorHAnsi" w:cstheme="majorHAnsi"/>
          <w:lang w:val="es-ES"/>
        </w:rPr>
        <w:t xml:space="preserve">Oral </w:t>
      </w:r>
      <w:proofErr w:type="spellStart"/>
      <w:r w:rsidRPr="00860636">
        <w:rPr>
          <w:rFonts w:asciiTheme="majorHAnsi" w:hAnsiTheme="majorHAnsi" w:cstheme="majorHAnsi"/>
          <w:lang w:val="es-ES"/>
        </w:rPr>
        <w:t>Radiol</w:t>
      </w:r>
      <w:proofErr w:type="spellEnd"/>
      <w:r w:rsidRPr="00860636">
        <w:rPr>
          <w:rFonts w:asciiTheme="majorHAnsi" w:hAnsiTheme="majorHAnsi" w:cstheme="majorHAnsi"/>
          <w:lang w:val="es-ES"/>
        </w:rPr>
        <w:t>. 2018;34(2):113-126.</w:t>
      </w:r>
    </w:p>
    <w:p w14:paraId="34A27C7B" w14:textId="3EBAB4FF" w:rsidR="00203102" w:rsidRPr="00860636" w:rsidRDefault="00000000">
      <w:pPr>
        <w:rPr>
          <w:rFonts w:asciiTheme="majorHAnsi" w:hAnsiTheme="majorHAnsi" w:cstheme="majorHAnsi"/>
          <w:lang w:val="es-ES"/>
        </w:rPr>
      </w:pPr>
      <w:r w:rsidRPr="00860636">
        <w:rPr>
          <w:rFonts w:asciiTheme="majorHAnsi" w:hAnsiTheme="majorHAnsi" w:cstheme="majorHAnsi"/>
          <w:lang w:val="es-ES"/>
        </w:rPr>
        <w:t xml:space="preserve">4. Vicente-Herrero MT, et al. Valoración del dolor. Revisión comparativa de escalas y cuestionarios. </w:t>
      </w:r>
      <w:proofErr w:type="spellStart"/>
      <w:r w:rsidRPr="00860636">
        <w:rPr>
          <w:rFonts w:asciiTheme="majorHAnsi" w:hAnsiTheme="majorHAnsi" w:cstheme="majorHAnsi"/>
          <w:lang w:val="es-ES"/>
        </w:rPr>
        <w:t>Rev</w:t>
      </w:r>
      <w:proofErr w:type="spellEnd"/>
      <w:r w:rsidRPr="00860636">
        <w:rPr>
          <w:rFonts w:asciiTheme="majorHAnsi" w:hAnsiTheme="majorHAnsi" w:cstheme="majorHAnsi"/>
          <w:lang w:val="es-ES"/>
        </w:rPr>
        <w:t xml:space="preserve"> </w:t>
      </w:r>
      <w:proofErr w:type="spellStart"/>
      <w:r w:rsidRPr="00860636">
        <w:rPr>
          <w:rFonts w:asciiTheme="majorHAnsi" w:hAnsiTheme="majorHAnsi" w:cstheme="majorHAnsi"/>
          <w:lang w:val="es-ES"/>
        </w:rPr>
        <w:t>Soc</w:t>
      </w:r>
      <w:proofErr w:type="spellEnd"/>
      <w:r w:rsidRPr="00860636">
        <w:rPr>
          <w:rFonts w:asciiTheme="majorHAnsi" w:hAnsiTheme="majorHAnsi" w:cstheme="majorHAnsi"/>
          <w:lang w:val="es-ES"/>
        </w:rPr>
        <w:t xml:space="preserve"> Esp Dolor. </w:t>
      </w:r>
      <w:r w:rsidR="005A7139" w:rsidRPr="00860636">
        <w:rPr>
          <w:rFonts w:asciiTheme="majorHAnsi" w:hAnsiTheme="majorHAnsi" w:cstheme="majorHAnsi"/>
          <w:lang w:val="es-ES"/>
        </w:rPr>
        <w:t>2018; 25:228</w:t>
      </w:r>
      <w:r w:rsidRPr="00860636">
        <w:rPr>
          <w:rFonts w:asciiTheme="majorHAnsi" w:hAnsiTheme="majorHAnsi" w:cstheme="majorHAnsi"/>
          <w:lang w:val="es-ES"/>
        </w:rPr>
        <w:t>-236.</w:t>
      </w:r>
    </w:p>
    <w:p w14:paraId="32E56254" w14:textId="77777777" w:rsidR="005A7139" w:rsidRPr="00860636" w:rsidRDefault="005A7139">
      <w:pPr>
        <w:rPr>
          <w:lang w:val="es-ES"/>
        </w:rPr>
      </w:pPr>
    </w:p>
    <w:p w14:paraId="7226C06B" w14:textId="7E3F4135" w:rsidR="005A7139" w:rsidRPr="00860636" w:rsidRDefault="005A7139" w:rsidP="005A7139">
      <w:pPr>
        <w:pStyle w:val="NormalWeb"/>
        <w:rPr>
          <w:rFonts w:asciiTheme="majorHAnsi" w:hAnsiTheme="majorHAnsi" w:cstheme="majorHAnsi"/>
          <w:sz w:val="22"/>
          <w:szCs w:val="22"/>
        </w:rPr>
      </w:pPr>
      <w:r w:rsidRPr="00860636">
        <w:rPr>
          <w:rFonts w:asciiTheme="majorHAnsi" w:eastAsiaTheme="majorEastAsia" w:hAnsiTheme="majorHAnsi" w:cstheme="majorBidi"/>
          <w:b/>
          <w:bCs/>
          <w:color w:val="4F81BD" w:themeColor="accent1"/>
          <w:sz w:val="28"/>
          <w:szCs w:val="28"/>
          <w:lang w:eastAsia="en-US"/>
        </w:rPr>
        <w:t>Cómo citar este trabajo (Vancouver):</w:t>
      </w:r>
      <w:r>
        <w:br/>
      </w:r>
      <w:r w:rsidRPr="00860636">
        <w:rPr>
          <w:rFonts w:asciiTheme="majorHAnsi" w:hAnsiTheme="majorHAnsi" w:cstheme="majorHAnsi"/>
          <w:sz w:val="22"/>
          <w:szCs w:val="22"/>
        </w:rPr>
        <w:t xml:space="preserve">Hernandez-Izaguirre D, Argueta D, Aguilar R, Flores-Girón H. POSIBLE LINFOMA NO HODGKIN: UN ESTUDIO DE CASO CLÍNICO DESDE LA RADIOLOGÍA DENTAL [resumen]. En: Vispo NS, editor. </w:t>
      </w:r>
      <w:r w:rsidRPr="00860636">
        <w:rPr>
          <w:rStyle w:val="nfasis"/>
          <w:rFonts w:asciiTheme="majorHAnsi" w:hAnsiTheme="majorHAnsi" w:cstheme="majorHAnsi"/>
          <w:sz w:val="22"/>
          <w:szCs w:val="22"/>
        </w:rPr>
        <w:t>Memorias del Congreso de Investigación y Posgrado UNAH 2024: Libro de resúmenes</w:t>
      </w:r>
      <w:r w:rsidRPr="00860636">
        <w:rPr>
          <w:rFonts w:asciiTheme="majorHAnsi" w:hAnsiTheme="majorHAnsi" w:cstheme="majorHAnsi"/>
          <w:sz w:val="22"/>
          <w:szCs w:val="22"/>
        </w:rPr>
        <w:t xml:space="preserve">. Madrid/Tegucigalpa: Clinical Biotec S.L.; Universidad Nacional Autónoma de Honduras; 2024. </w:t>
      </w:r>
      <w:proofErr w:type="spellStart"/>
      <w:r w:rsidRPr="00860636">
        <w:rPr>
          <w:rFonts w:asciiTheme="majorHAnsi" w:hAnsiTheme="majorHAnsi" w:cstheme="majorHAnsi"/>
          <w:sz w:val="22"/>
          <w:szCs w:val="22"/>
        </w:rPr>
        <w:t>doi</w:t>
      </w:r>
      <w:proofErr w:type="spellEnd"/>
      <w:r w:rsidRPr="00860636">
        <w:rPr>
          <w:rFonts w:asciiTheme="majorHAnsi" w:hAnsiTheme="majorHAnsi" w:cstheme="majorHAnsi"/>
          <w:sz w:val="22"/>
          <w:szCs w:val="22"/>
        </w:rPr>
        <w:t>: 10.70099/</w:t>
      </w:r>
      <w:proofErr w:type="spellStart"/>
      <w:r w:rsidRPr="00860636">
        <w:rPr>
          <w:rFonts w:asciiTheme="majorHAnsi" w:hAnsiTheme="majorHAnsi" w:cstheme="majorHAnsi"/>
          <w:sz w:val="22"/>
          <w:szCs w:val="22"/>
        </w:rPr>
        <w:t>cb</w:t>
      </w:r>
      <w:proofErr w:type="spellEnd"/>
      <w:r w:rsidRPr="00860636">
        <w:rPr>
          <w:rFonts w:asciiTheme="majorHAnsi" w:hAnsiTheme="majorHAnsi" w:cstheme="majorHAnsi"/>
          <w:sz w:val="22"/>
          <w:szCs w:val="22"/>
        </w:rPr>
        <w:t>/</w:t>
      </w:r>
      <w:proofErr w:type="spellStart"/>
      <w:r w:rsidRPr="00860636">
        <w:rPr>
          <w:rFonts w:asciiTheme="majorHAnsi" w:hAnsiTheme="majorHAnsi" w:cstheme="majorHAnsi"/>
          <w:sz w:val="22"/>
          <w:szCs w:val="22"/>
        </w:rPr>
        <w:t>unah</w:t>
      </w:r>
      <w:proofErr w:type="spellEnd"/>
      <w:r w:rsidRPr="00860636">
        <w:rPr>
          <w:rFonts w:asciiTheme="majorHAnsi" w:hAnsiTheme="majorHAnsi" w:cstheme="majorHAnsi"/>
          <w:sz w:val="22"/>
          <w:szCs w:val="22"/>
        </w:rPr>
        <w:t>/2024.mem</w:t>
      </w:r>
    </w:p>
    <w:p w14:paraId="53B0CCD2" w14:textId="77777777" w:rsidR="005A7139" w:rsidRPr="00860636" w:rsidRDefault="005A7139" w:rsidP="005A7139">
      <w:pPr>
        <w:pStyle w:val="NormalWeb"/>
        <w:rPr>
          <w:rFonts w:asciiTheme="majorHAnsi" w:hAnsiTheme="majorHAnsi" w:cstheme="majorHAnsi"/>
          <w:sz w:val="22"/>
          <w:szCs w:val="22"/>
        </w:rPr>
      </w:pPr>
      <w:r w:rsidRPr="00860636">
        <w:rPr>
          <w:rFonts w:asciiTheme="majorHAnsi" w:eastAsiaTheme="majorEastAsia" w:hAnsiTheme="majorHAnsi" w:cstheme="majorBidi"/>
          <w:b/>
          <w:bCs/>
          <w:color w:val="4F81BD" w:themeColor="accent1"/>
          <w:sz w:val="28"/>
          <w:szCs w:val="28"/>
          <w:lang w:eastAsia="en-US"/>
        </w:rPr>
        <w:t>ISBN del libro:</w:t>
      </w:r>
      <w:r w:rsidRPr="00860636">
        <w:rPr>
          <w:rFonts w:asciiTheme="majorHAnsi" w:hAnsiTheme="majorHAnsi" w:cstheme="majorHAnsi"/>
          <w:sz w:val="22"/>
          <w:szCs w:val="22"/>
        </w:rPr>
        <w:t xml:space="preserve"> 978-84-09-76685-7</w:t>
      </w:r>
    </w:p>
    <w:p w14:paraId="267AA198" w14:textId="77777777" w:rsidR="005A7139" w:rsidRDefault="005A7139"/>
    <w:sectPr w:rsidR="005A7139"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665013185">
    <w:abstractNumId w:val="8"/>
  </w:num>
  <w:num w:numId="2" w16cid:durableId="301469557">
    <w:abstractNumId w:val="6"/>
  </w:num>
  <w:num w:numId="3" w16cid:durableId="853959286">
    <w:abstractNumId w:val="5"/>
  </w:num>
  <w:num w:numId="4" w16cid:durableId="902912712">
    <w:abstractNumId w:val="4"/>
  </w:num>
  <w:num w:numId="5" w16cid:durableId="785320455">
    <w:abstractNumId w:val="7"/>
  </w:num>
  <w:num w:numId="6" w16cid:durableId="2063362788">
    <w:abstractNumId w:val="3"/>
  </w:num>
  <w:num w:numId="7" w16cid:durableId="1985810676">
    <w:abstractNumId w:val="2"/>
  </w:num>
  <w:num w:numId="8" w16cid:durableId="426081462">
    <w:abstractNumId w:val="1"/>
  </w:num>
  <w:num w:numId="9" w16cid:durableId="128716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M0NjM0sjQxtTQ2MbFQ0lEKTi0uzszPAykwrQUAVm4DrSwAAAA="/>
  </w:docVars>
  <w:rsids>
    <w:rsidRoot w:val="00B47730"/>
    <w:rsid w:val="00034616"/>
    <w:rsid w:val="0006063C"/>
    <w:rsid w:val="000D1394"/>
    <w:rsid w:val="0015074B"/>
    <w:rsid w:val="00203102"/>
    <w:rsid w:val="0029639D"/>
    <w:rsid w:val="00326F90"/>
    <w:rsid w:val="0043472B"/>
    <w:rsid w:val="005A7139"/>
    <w:rsid w:val="006628C5"/>
    <w:rsid w:val="00695F5E"/>
    <w:rsid w:val="00860636"/>
    <w:rsid w:val="00A02BAA"/>
    <w:rsid w:val="00AA1D8D"/>
    <w:rsid w:val="00B47730"/>
    <w:rsid w:val="00CB0664"/>
    <w:rsid w:val="00CE4F89"/>
    <w:rsid w:val="00CF4A2E"/>
    <w:rsid w:val="00D8616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A8E165"/>
  <w14:defaultImageDpi w14:val="300"/>
  <w15:docId w15:val="{8EB0B88C-89C3-4373-ADD5-200877CE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5A7139"/>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581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Bionatura Journal</cp:lastModifiedBy>
  <cp:revision>6</cp:revision>
  <dcterms:created xsi:type="dcterms:W3CDTF">2025-03-20T09:33:00Z</dcterms:created>
  <dcterms:modified xsi:type="dcterms:W3CDTF">2025-10-27T14:49:00Z</dcterms:modified>
  <cp:category/>
</cp:coreProperties>
</file>